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חנוכה וחג הבנות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"חנוכה וחג הבנות"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candle / свеча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light / свет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holiday / праздник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spinning top / волчок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🕎 חנוכה וחג הבנות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חנוכה הוא חג של אור. מדליקים נרות שמונה ימים.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candle · свеча · ሻማ · شمعة · bougie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 · свет · ብርሃን · نور · lumière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holiday · праздник · በዓል · عيد · fête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spinning top · волчок · ፈረፍር · دوامة · toupie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נר  |  אור  |  חג  |  סביבון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light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light / свет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holiday / праздник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candle / свеча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spinning top / волчок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חנוכה הוא חג של אור. מדליקים ________ות שמונה ימים.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"נר".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אתם הכי אוהבים בחנוכה?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בהדלקת הנרות בבית / להביא אור לחבר: מילה טובה או עזרה)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חנוכה וחג הבנות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